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" w:hAnsi="Aptos"/>
          <w:b/>
          <w:color w:val="000000"/>
          <w:sz w:val="38"/>
        </w:rPr>
        <w:t>Joel Jojy</w:t>
      </w:r>
    </w:p>
    <w:p>
      <w:pPr>
        <w:pStyle w:val="Subtitle"/>
        <w:jc w:val="center"/>
      </w:pPr>
      <w:r>
        <w:rPr>
          <w:rFonts w:ascii="Aptos" w:hAnsi="Aptos"/>
          <w:b w:val="0"/>
          <w:color w:val="000000"/>
          <w:sz w:val="20"/>
        </w:rPr>
        <w:t>Design Engineer | UI UX Designer | Frontend Developer</w:t>
      </w:r>
    </w:p>
    <w:p>
      <w:pPr>
        <w:jc w:val="center"/>
      </w:pPr>
      <w:r>
        <w:rPr>
          <w:rFonts w:ascii="Aptos" w:hAnsi="Aptos"/>
          <w:color w:val="000000"/>
          <w:sz w:val="17"/>
        </w:rPr>
        <w:t xml:space="preserve">Bengaluru, India | +91 9446478237 | joeljojy10@gmail.com | </w:t>
      </w:r>
      <w:hyperlink r:id="rId9">
        <w:r>
          <w:rPr>
            <w:color w:val="000000"/>
            <w:u w:val="single"/>
          </w:rPr>
          <w:t>LinkedIn</w:t>
        </w:r>
      </w:hyperlink>
      <w:r>
        <w:rPr>
          <w:rFonts w:ascii="Aptos" w:hAnsi="Aptos"/>
          <w:color w:val="000000"/>
          <w:sz w:val="17"/>
        </w:rPr>
        <w:t xml:space="preserve"> | </w:t>
      </w:r>
      <w:hyperlink r:id="rId10">
        <w:r>
          <w:rPr>
            <w:color w:val="000000"/>
            <w:u w:val="single"/>
          </w:rPr>
          <w:t>Portfolio</w:t>
        </w:r>
      </w:hyperlink>
    </w:p>
    <w:p>
      <w:pPr>
        <w:jc w:val="center"/>
      </w:pPr>
      <w:r>
        <w:rPr>
          <w:rFonts w:ascii="Aptos" w:hAnsi="Aptos"/>
          <w:b/>
          <w:color w:val="000000"/>
          <w:sz w:val="16"/>
        </w:rPr>
        <w:t>Remote target roles: Design Engineer, UI Engineer, Frontend Designer, Creative Technologist, AI-assisted Product Builder</w:t>
      </w:r>
    </w:p>
    <w:p>
      <w:pPr>
        <w:pStyle w:val="Heading1"/>
      </w:pPr>
      <w:r>
        <w:rPr>
          <w:rFonts w:ascii="Aptos" w:hAnsi="Aptos"/>
          <w:b/>
          <w:color w:val="000000"/>
          <w:sz w:val="21"/>
        </w:rPr>
        <w:t>PROFESSIONAL SUMMARY</w:t>
      </w:r>
    </w:p>
    <w:p>
      <w:r>
        <w:rPr>
          <w:rFonts w:ascii="Aptos" w:hAnsi="Aptos"/>
          <w:color w:val="000000"/>
          <w:sz w:val="18"/>
        </w:rPr>
        <w:t>Design Engineer with 4+ years of experience designing and shipping responsive digital products across fintech, SaaS, e-commerce, cybersecurity, and F&amp;B. Combines UI UX design, design systems, prototyping, accessibility, frontend implementation, and AI-assisted design-to-development workflows to move products from research and interface direction to production-ready web experiences. Skilled in Figma, HTML, CSS, JavaScript, PWA development, Git, Netlify, GitHub Pages, OpenAI Codex, Google Stitch, and ChatGPT.</w:t>
      </w:r>
    </w:p>
    <w:p>
      <w:pPr>
        <w:pStyle w:val="Heading1"/>
      </w:pPr>
      <w:r>
        <w:rPr>
          <w:rFonts w:ascii="Aptos" w:hAnsi="Aptos"/>
          <w:b/>
          <w:color w:val="000000"/>
          <w:sz w:val="21"/>
        </w:rPr>
        <w:t>CORE SKILLS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Design Engineering: </w:t>
      </w:r>
      <w:r>
        <w:rPr>
          <w:rFonts w:ascii="Aptos" w:hAnsi="Aptos"/>
          <w:color w:val="000000"/>
          <w:sz w:val="18"/>
        </w:rPr>
        <w:t>Figma to frontend, responsive web implementation, design-to-code workflows, PWA development, component-based UI, production handoff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Frontend: </w:t>
      </w:r>
      <w:r>
        <w:rPr>
          <w:rFonts w:ascii="Aptos" w:hAnsi="Aptos"/>
          <w:color w:val="000000"/>
          <w:sz w:val="18"/>
        </w:rPr>
        <w:t>HTML5, CSS3, JavaScript, responsive layout, Git, Netlify deployment, GitHub Pages, web performance awareness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Product Design: </w:t>
      </w:r>
      <w:r>
        <w:rPr>
          <w:rFonts w:ascii="Aptos" w:hAnsi="Aptos"/>
          <w:color w:val="000000"/>
          <w:sz w:val="18"/>
        </w:rPr>
        <w:t>UI UX design, interaction design, wireframing, prototyping, user flows, mobile app design, web design, visual design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Design Systems: </w:t>
      </w:r>
      <w:r>
        <w:rPr>
          <w:rFonts w:ascii="Aptos" w:hAnsi="Aptos"/>
          <w:color w:val="000000"/>
          <w:sz w:val="18"/>
        </w:rPr>
        <w:t>Component libraries, UI patterns, style guides, reusable interface states, design system maintenance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Research and Accessibility: </w:t>
      </w:r>
      <w:r>
        <w:rPr>
          <w:rFonts w:ascii="Aptos" w:hAnsi="Aptos"/>
          <w:color w:val="000000"/>
          <w:sz w:val="18"/>
        </w:rPr>
        <w:t>User interviews, usability testing, personas, journey maps, task flows, WCAG accessibility, inclusive design</w:t>
      </w:r>
    </w:p>
    <w:p>
      <w:pPr>
        <w:spacing w:after="20"/>
      </w:pPr>
      <w:r>
        <w:rPr>
          <w:rFonts w:ascii="Aptos" w:hAnsi="Aptos"/>
          <w:b/>
          <w:color w:val="000000"/>
          <w:sz w:val="18"/>
        </w:rPr>
        <w:t xml:space="preserve">AI Workflow: </w:t>
      </w:r>
      <w:r>
        <w:rPr>
          <w:rFonts w:ascii="Aptos" w:hAnsi="Aptos"/>
          <w:color w:val="000000"/>
          <w:sz w:val="18"/>
        </w:rPr>
        <w:t>OpenAI Codex, ChatGPT, Google Stitch, AI-assisted interface generation, design iteration, frontend implementation support</w:t>
      </w:r>
    </w:p>
    <w:p>
      <w:pPr>
        <w:pStyle w:val="Heading1"/>
      </w:pPr>
      <w:r>
        <w:rPr>
          <w:rFonts w:ascii="Aptos" w:hAnsi="Aptos"/>
          <w:b/>
          <w:color w:val="000000"/>
          <w:sz w:val="21"/>
        </w:rPr>
        <w:t>WORK EXPERIENCE</w:t>
      </w:r>
    </w:p>
    <w:p>
      <w:pPr>
        <w:pStyle w:val="Heading2"/>
      </w:pPr>
      <w:r>
        <w:t>Design Engineer and Frontend Developer | Inspire Media | Dubai, UAE | Sep 2026</w:t>
      </w:r>
    </w:p>
    <w:p>
      <w:pPr>
        <w:pStyle w:val="ResumeBullet"/>
      </w:pPr>
      <w:r>
        <w:t>- Designed and shipped a responsive React and Vite portfolio for a Dubai creative studio with an infinite draggable gallery, looping video previews, category collections, full-length playback, and Cloudflare Pages/R2 deployment.</w:t>
      </w:r>
    </w:p>
    <w:p>
      <w:pPr>
        <w:pStyle w:val="ResumeBullet"/>
      </w:pPr>
      <w:r>
        <w:t>- Built motion-led media interactions and production-ready frontend flows using AI-assisted development while preserving responsive performance and brand storytelling.</w:t>
      </w:r>
    </w:p>
    <w:p>
      <w:pPr>
        <w:pStyle w:val="ResumeBullet"/>
      </w:pPr>
      <w:r>
        <w:t>- Created an animated UX case study to communicate product decisions, interaction model, technical execution, and end-to-end build process.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Design Engineer, Web Designer and Frontend Developer | Cinematic Portfolio Website | Dubai, UAE | May 2026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and implemented a responsive cinematic portfolio website for a Dubai-based photographer, improving visual storytelling and increasing client inquiries by 20%.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Built a magazine-inspired and Instagram-grid-influenced web experience using Figma, JavaScript, and OpenAI Codex.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Translated brand mood, image sequencing, layout rhythm, and interaction direction into a polished live portfolio experience.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UI UX Designer and Frontend Developer | Vaytrion Technologies | Bengaluru, India | Mar 2026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the web and product experience for Aegis Graph, a cloud security remediation product that detects AWS misconfigurations, maps blast radius on a resource graph, and supports safe remediation.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Translated complex security workflows into product flows for detection, risk context, policy-gated action, approval, rollback, verification, monitoring, and audit trails.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and deployed the company's web presence with an AI-assisted frontend workflow using OpenAI Codex, connecting product positioning with a production-ready interface.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UI UX Designer and Frontend Developer | Cafe Meadows | Dubai, UAE | Jan 2026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and developed a live PWA digital menu for a Dubai restaurant, owning UX research, UI design, frontend implementation, and Netlify deployment.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Built a Google Sheets-backed menu management flow with real-time updates, food photography-first presentation, search, and AED cart interaction.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Used Google Stitch and OpenAI Codex to generate, iterate, and implement mobile-first interfaces through an AI-assisted design-to-code workflow.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UI UX Designer | Maha Meru Innovation | Dubai, UAE | Nov 2025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responsive e-commerce experiences from research and ideation through wireframes, prototypes, testing, and high-fidelity UI.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Created reusable UI patterns and responsive interface states to support handoff and implementation across marketplace journeys.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Maintained consistent branding and component behavior while collaborating with stakeholders and developers.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UI UX Designer | One Ux | Bengaluru, India | Jul 2022 - Oct 2025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enterprise and fintech web and mobile experiences across research, wireframing, prototyping, high-fidelity UI, and design validation, contributing to a 25% increase in user engagement.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Created wireframes, interactive prototypes, high-fidelity mockups, and UI documentation using Figma, Sketch, and Adobe XD for multiple client products.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Conducted 15+ user interviews, surveys, and usability tests; converted insights into personas, journey maps, task flows, and accessible UI patterns.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Maintained design systems, documented reusable UI patterns, aligned interfaces with WCAG accessibility practices, and presented design rationale to stakeholders.</w:t>
      </w:r>
    </w:p>
    <w:p>
      <w:pPr>
        <w:pStyle w:val="Heading2"/>
      </w:pPr>
      <w:r>
        <w:rPr>
          <w:rFonts w:ascii="Aptos" w:hAnsi="Aptos"/>
          <w:b/>
          <w:color w:val="000000"/>
          <w:sz w:val="18"/>
        </w:rPr>
        <w:t>UI UX Designer and Social Media Manager | Auvis Fresh | Kochi, Kerala, India | Jun 2021 - Jul 2022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Designed digital experiences and marketing visuals for a DTC e-commerce brand, applying typography, layout, and visual design principles that contributed to a 40% increase in social media engagement.</w:t>
      </w:r>
    </w:p>
    <w:p>
      <w:pPr>
        <w:pStyle w:val="ResumeBullet"/>
      </w:pPr>
      <w:r>
        <w:rPr>
          <w:rFonts w:ascii="Aptos" w:hAnsi="Aptos"/>
          <w:color w:val="000000"/>
          <w:sz w:val="18"/>
        </w:rPr>
        <w:t>- Created wireframes and high-fidelity mockups, conducted usability testing, and iterated designs based on user and business feedback.</w:t>
      </w:r>
    </w:p>
    <w:p>
      <w:pPr>
        <w:pStyle w:val="Heading1"/>
      </w:pPr>
      <w:r>
        <w:rPr>
          <w:rFonts w:ascii="Aptos" w:hAnsi="Aptos"/>
          <w:b/>
          <w:color w:val="000000"/>
          <w:sz w:val="21"/>
        </w:rPr>
        <w:t>SELECTED PROJECTS</w:t>
      </w:r>
    </w:p>
    <w:p>
      <w:r>
        <w:t>Inspire Media Creative Portfolio: Designed and built a React/Vite media portfolio with infinite draggable gallery, video preview interactions, category browsing, full-length playback, responsive layouts, Cloudflare deployment, and an animated UX case study.</w:t>
      </w:r>
    </w:p>
    <w:p>
      <w:r>
        <w:rPr>
          <w:rFonts w:ascii="Aptos" w:hAnsi="Aptos"/>
          <w:b/>
          <w:color w:val="000000"/>
          <w:sz w:val="18"/>
        </w:rPr>
        <w:t xml:space="preserve">Aegis Graph Cloud Security Product: </w:t>
      </w:r>
      <w:r>
        <w:rPr>
          <w:rFonts w:ascii="Aptos" w:hAnsi="Aptos"/>
          <w:color w:val="000000"/>
          <w:sz w:val="18"/>
        </w:rPr>
        <w:t>Designed product flows and web experience for a cybersecurity product covering misconfiguration detection, blast-radius context, policy-gated remediation, rollback, and audit trails.</w:t>
      </w:r>
    </w:p>
    <w:p>
      <w:r>
        <w:rPr>
          <w:rFonts w:ascii="Aptos" w:hAnsi="Aptos"/>
          <w:b/>
          <w:color w:val="000000"/>
          <w:sz w:val="18"/>
        </w:rPr>
        <w:t xml:space="preserve">Maha Meru Innovation E-commerce Experience: </w:t>
      </w:r>
      <w:r>
        <w:rPr>
          <w:rFonts w:ascii="Aptos" w:hAnsi="Aptos"/>
          <w:color w:val="000000"/>
          <w:sz w:val="18"/>
        </w:rPr>
        <w:t>Designed responsive marketplace experiences, reusable UI patterns, and handoff-ready interface states across browsing, product discovery, and commerce flows.</w:t>
      </w:r>
    </w:p>
    <w:p>
      <w:pPr>
        <w:pStyle w:val="Heading1"/>
      </w:pPr>
      <w:r>
        <w:rPr>
          <w:rFonts w:ascii="Aptos" w:hAnsi="Aptos"/>
          <w:b/>
          <w:color w:val="000000"/>
          <w:sz w:val="21"/>
        </w:rPr>
        <w:t>EDUCATION</w:t>
      </w:r>
    </w:p>
    <w:p>
      <w:r>
        <w:rPr>
          <w:rFonts w:ascii="Aptos" w:hAnsi="Aptos"/>
          <w:color w:val="000000"/>
          <w:sz w:val="18"/>
        </w:rPr>
        <w:t>Bachelor of Technology, Computer Science | Adi Shankara College of Engineering | Jul 2018 - Jul 2022</w:t>
      </w:r>
    </w:p>
    <w:sectPr w:rsidR="00FC693F" w:rsidRPr="0006063C" w:rsidSect="00034616">
      <w:footerReference w:type="default" r:id="rId11"/>
      <w:pgSz w:w="12240" w:h="15840"/>
      <w:pgMar w:top="648" w:right="835" w:bottom="64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000000"/>
        <w:sz w:val="16"/>
      </w:rPr>
      <w:t>Joel Jojy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5" w:lineRule="auto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basedOn w:val="Normal"/>
    <w:pPr>
      <w:spacing w:after="20" w:line="240" w:lineRule="auto"/>
      <w:ind w:left="259" w:hanging="173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joel-jojy-150246195/" TargetMode="External"/><Relationship Id="rId10" Type="http://schemas.openxmlformats.org/officeDocument/2006/relationships/hyperlink" Target="https://joejojy.github.io/Portfolio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